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профессиональная программа повышения квалификации «ИИ-агенты»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профессиональная программа повышения квалификации. Название: «ИИ-агенты». Форма: заочная с электронным обучением и дистанционными технологиями; занятия с преподавателем по расписанию. Объём: 16 академических часов по 45 минут. Предлагаемый срок: 1 недель. Конкретные даты и время задаются календарём группы до договора. Язык: русский.</w:t>
      </w:r>
    </w:p>
    <w:p>
      <w:r>
        <w:t>Категория слушателей: Владельцам бизнеса и руководителям, которые хотят снять рутину с команды; Специалистам-одиночкам: агент как «второй я», который делает черновую работу; Тем, кто прошёл интенсив по ИИ-помощникам и упёрся в потолок; Продактам и технарям, которым нужно быстро собирать внутренние инструменты. Допуск: наличие или получение СПО/высшего образования, проверяемое до зачисления. Программа совершенствует компетенции в имеющейся квалификации и не присваивает новую профессию.</w:t>
      </w:r>
    </w:p>
    <w:p>
      <w:r>
        <w:t>Основания: 273-ФЗ и приказ Минобрнауки № 266 от 24.03.2025.</w:t>
      </w:r>
    </w:p>
    <w:p>
      <w:r>
        <w:t>Профессиональная область/направление: Применение цифровых и ИИ-инструментов в профессиональной деятельности.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«ИИ-агенты»,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Как устроен агент: Ставим Codex и Claude Code, запускаем первого агента и смотрим, как он планирует и выполняет шаги. Разбираем главное умение — постановку задачи так, чтобы результат был с первого раза.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Агент с доступами: Даём агенту руки: доступ к вашим файлам, почте, таблицам, сервисам. Настраиваем границы — что ему можно, а что нельзя трогать.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Агенты под ваши задачи: Собираем агентов под конкретные роли: исследователь, аналитик документов, редактор контента, разбор входящих, мониторинг конкурентов, регулярная отчётность.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Связка агентов и демо: Строим цепочку, где один агент ставит задачу, второй выполняет, третий проверяет. Запускаем по расписанию. Показываем и разбираем результаты недели.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16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Как устроен агент: Ставим Codex и Claude Code, запускаем первого агента и смотрим, как он планирует и выполняет шаги. Разбираем главное умение — постановку задачи так, чтобы результат был с первого раза.</w:t>
      </w:r>
    </w:p>
    <w:p>
      <w:r>
        <w:t>Результат: объяснить ключевые понятия темы «Как устроен агент: Ставим Codex и Claude Code, запускаем первого агента и смотрим, как он планирует и выполняет шаги. Разбираем главное умение — постановку задачи так, чтобы результат был с первого раза.»,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«Как устроен агент: Ставим Codex и Claude Code, запускаем первого агента и смотрим, как он планирует и выполняет шаги. Разбираем главное умение — постановку задачи так, чтобы результат был с первого раза.»: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«Применение цифровых и ИИ-инструментов в профессиональной деятельности»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Агент с доступами: Даём агенту руки: доступ к вашим файлам, почте, таблицам, сервисам. Настраиваем границы — что ему можно, а что нельзя трогать.</w:t>
      </w:r>
    </w:p>
    <w:p>
      <w:r>
        <w:t>Результат: объяснить ключевые понятия темы «Агент с доступами: Даём агенту руки: доступ к вашим файлам, почте, таблицам, сервисам. Настраиваем границы — что ему можно, а что нельзя трогать.»,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«Агент с доступами: Даём агенту руки: доступ к вашим файлам, почте, таблицам, сервисам. Настраиваем границы — что ему можно, а что нельзя трогать.»: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«Применение цифровых и ИИ-инструментов в профессиональной деятельности»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Агенты под ваши задачи: Собираем агентов под конкретные роли: исследователь, аналитик документов, редактор контента, разбор входящих, мониторинг конкурентов, регулярная отчётность.</w:t>
      </w:r>
    </w:p>
    <w:p>
      <w:r>
        <w:t>Результат: объяснить ключевые понятия темы «Агенты под ваши задачи: Собираем агентов под конкретные роли: исследователь, аналитик документов, редактор контента, разбор входящих, мониторинг конкурентов, регулярная отчётность.»,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«Агенты под ваши задачи: Собираем агентов под конкретные роли: исследователь, аналитик документов, редактор контента, разбор входящих, мониторинг конкурентов, регулярная отчётность.»: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«Применение цифровых и ИИ-инструментов в профессиональной деятельности»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Связка агентов и демо: Строим цепочку, где один агент ставит задачу, второй выполняет, третий проверяет. Запускаем по расписанию. Показываем и разбираем результаты недели.</w:t>
      </w:r>
    </w:p>
    <w:p>
      <w:r>
        <w:t>Результат: объяснить ключевые понятия темы «Связка агентов и демо: Строим цепочку, где один агент ставит задачу, второй выполняет, третий проверяет. Запускаем по расписанию. Показываем и разбираем результаты недели.»,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«Связка агентов и демо: Строим цепочку, где один агент ставит задачу, второй выполняет, третий проверяет. Запускаем по расписанию. Показываем и разбираем результаты недели.»: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«Применение цифровых и ИИ-инструментов в профессиональной деятельности»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ИИ-агенты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Шиманский Алексей Андреевич (сооснователь АНКИИ, MBA, эксперт по ИИ).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и итоговой аттестации выдаётся удостоверение о повышении квалификации образца Академии, с учётом особого порядка для получающих СПО/высшее образование. Передача в ФРДО в пределах 30 календарных дней после выдачи.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16 часов взят из опубликованных данных, но учебный план и распределение часов являются новым проектом. Опубликованная цена 6990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