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«Claude на максимум: Chat, Cowork, Code»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«Claude на максимум: Chat, Cowork, Code». Форма: заочная с электронным обучением и дистанционными технологиями; занятия с преподавателем по расписанию. Объём: 16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Тем, кто уже платит за Claude, но использует его как обычный чат; Специалистам, работающим с большими документами и аналитикой; Тем, кто пробовал Claude Code по видео и бросил на установке; Переходящим с ChatGPT: хотят понять разницу и выбрать под свои задачи.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Применение цифровых и ИИ-инструментов в профессиональной деятельности.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«Claude на максимум: Chat, Cowork, Code»,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Claude Chat: мышление и тексты: Проекты как рабочее пространство с вашими файлами и правилами. Артефакты — на выходе готовый документ, а не текст в чате. Работа с большими объёмами: договоры, исследования, выгрузки целиком.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Cowork: работа без кода: Ставим задачу — Claude выполняет её с вашими файлами. Обработка папок с документами, подготовка материалов, регулярные рутины. Разбираем, где Cowork удобнее обычного чата, а где нет.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Claude Code: первая сборка: Установка и первая рабочая задача в тот же вечер. Как объяснить проект один раз и не повторяться. Подключение к вашим сервисам: Notion, почта, база, Telegram.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От идеи до сервиса и демо: Параллельная работа нескольких агентов, свои команды под повторяющиеся задачи. Собираем работающий результат на глазах и разбираем работы участников.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4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Claude Chat: мышление и тексты: Проекты как рабочее пространство с вашими файлами и правилами. Артефакты — на выходе готовый документ, а не текст в чате. Работа с большими объёмами: договоры, исследования, выгрузки целиком.</w:t>
      </w:r>
    </w:p>
    <w:p>
      <w:r>
        <w:t>Результат: объяснить ключевые понятия темы «Claude Chat: мышление и тексты: Проекты как рабочее пространство с вашими файлами и правилами. Артефакты — на выходе готовый документ, а не текст в чате. Работа с большими объёмами: договоры, исследования, выгрузки целиком.»,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«Claude Chat: мышление и тексты: Проекты как рабочее пространство с вашими файлами и правилами. Артефакты — на выходе готовый документ, а не текст в чате. Работа с большими объёмами: договоры, исследования, выгрузки целиком.»: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Cowork: работа без кода: Ставим задачу — Claude выполняет её с вашими файлами. Обработка папок с документами, подготовка материалов, регулярные рутины. Разбираем, где Cowork удобнее обычного чата, а где нет.</w:t>
      </w:r>
    </w:p>
    <w:p>
      <w:r>
        <w:t>Результат: объяснить ключевые понятия темы «Cowork: работа без кода: Ставим задачу — Claude выполняет её с вашими файлами. Обработка папок с документами, подготовка материалов, регулярные рутины. Разбираем, где Cowork удобнее обычного чата, а где нет.»,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«Cowork: работа без кода: Ставим задачу — Claude выполняет её с вашими файлами. Обработка папок с документами, подготовка материалов, регулярные рутины. Разбираем, где Cowork удобнее обычного чата, а где нет.»: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Claude Code: первая сборка: Установка и первая рабочая задача в тот же вечер. Как объяснить проект один раз и не повторяться. Подключение к вашим сервисам: Notion, почта, база, Telegram.</w:t>
      </w:r>
    </w:p>
    <w:p>
      <w:r>
        <w:t>Результат: объяснить ключевые понятия темы «Claude Code: первая сборка: Установка и первая рабочая задача в тот же вечер. Как объяснить проект один раз и не повторяться. Подключение к вашим сервисам: Notion, почта, база, Telegram.»,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«Claude Code: первая сборка: Установка и первая рабочая задача в тот же вечер. Как объяснить проект один раз и не повторяться. Подключение к вашим сервисам: Notion, почта, база, Telegram.»: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От идеи до сервиса и демо: Параллельная работа нескольких агентов, свои команды под повторяющиеся задачи. Собираем работающий результат на глазах и разбираем работы участников.</w:t>
      </w:r>
    </w:p>
    <w:p>
      <w:r>
        <w:t>Результат: объяснить ключевые понятия темы «От идеи до сервиса и демо: Параллельная работа нескольких агентов, свои команды под повторяющиеся задачи. Собираем работающий результат на глазах и разбираем работы участников.»,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«От идеи до сервиса и демо: Параллельная работа нескольких агентов, свои команды под повторяющиеся задачи. Собираем работающий результат на глазах и разбираем работы участников.»: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«Применение цифровых и ИИ-инструментов в профессиональной деятельности»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Claude на максимум: Chat, Cowork, Code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(сооснователь АНКИИ, MBA, эксперт по ИИ).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16 часов взят из опубликованных данных, но учебный план и распределение часов являются новым проектом. Опубликованная цена 6990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