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«Ведение переговоров»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«Ведение переговоров».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Менеджеры, руководители, специалисты по продажам.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Ведение переговоров.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«Ведение переговоров»,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Стратегии переговоров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Работа с возражениями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Ведение сложных переговоров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Результативное завершение сделки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Стратегии переговоров</w:t>
      </w:r>
    </w:p>
    <w:p>
      <w:r>
        <w:t>Результат: объяснить ключевые понятия темы «Стратегии переговоров»,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«Стратегии переговоров»: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«Ведение переговоров»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Работа с возражениями</w:t>
      </w:r>
    </w:p>
    <w:p>
      <w:r>
        <w:t>Результат: объяснить ключевые понятия темы «Работа с возражениями»,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«Работа с возражениями»: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«Ведение переговоров»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Ведение сложных переговоров</w:t>
      </w:r>
    </w:p>
    <w:p>
      <w:r>
        <w:t>Результат: объяснить ключевые понятия темы «Ведение сложных переговоров»,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«Ведение сложных переговоров»: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«Ведение переговоров»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Результативное завершение сделки</w:t>
      </w:r>
    </w:p>
    <w:p>
      <w:r>
        <w:t>Результат: объяснить ключевые понятия темы «Результативное завершение сделки»,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«Результативное завершение сделки»: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«Ведение переговоров»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Ведение переговоров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Чехиринадзе Олеся Александровна (психолог, мастер-коуч ICI).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9900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