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«Креативное мышление»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«Креативное мышление».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Маркетологи, предприниматели, специалисты.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Креативное мышление.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«Креативное мышление»,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Что такое креативное мышление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Как креатив помогает в командной работе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Техники генерации идей для разных типов мышления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Как отличить хорошую идею от плохой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Что такое креативное мышление</w:t>
      </w:r>
    </w:p>
    <w:p>
      <w:r>
        <w:t>Результат: объяснить ключевые понятия темы «Что такое креативное мышление»,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«Что такое креативное мышление»: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«Креативное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Как креатив помогает в командной работе</w:t>
      </w:r>
    </w:p>
    <w:p>
      <w:r>
        <w:t>Результат: объяснить ключевые понятия темы «Как креатив помогает в командной работе»,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«Как креатив помогает в командной работе»: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«Креативное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Техники генерации идей для разных типов мышления</w:t>
      </w:r>
    </w:p>
    <w:p>
      <w:r>
        <w:t>Результат: объяснить ключевые понятия темы «Техники генерации идей для разных типов мышления»,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«Техники генерации идей для разных типов мышления»: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«Креативное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Как отличить хорошую идею от плохой</w:t>
      </w:r>
    </w:p>
    <w:p>
      <w:r>
        <w:t>Результат: объяснить ключевые понятия темы «Как отличить хорошую идею от плохой»,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«Как отличить хорошую идею от плохой»: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«Креативное мышление»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Креативное мышление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Прокутина Александра Сергеевна (педагог-психолог, специалист Soft Skills).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7900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