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«Развитие тьюторских компетенций современного педагога средствами цифровой платформы Скиллфолио»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«Развитие тьюторских компетенций современного педагога средствами цифровой платформы Скиллфолио».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Педагоги, тьюторы, специалисты сопровождения.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Деятельность по психолого-педагогическому сопровождению образовательного процесса.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«Развитие тьюторских компетенций современного педагога средствами цифровой платформы Скиллфолио»,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Тьюторская позиция и согласование запроса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Наблюдение и анализ образовательных потребностей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Профиль компетенций и ограничения цифровой диагностики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Индивидуальный образовательный маршрут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Сопровождение и оценка динамики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Тьюторская позиция и согласование запроса</w:t>
      </w:r>
    </w:p>
    <w:p>
      <w:r>
        <w:t>Результат: объяснить ключевые понятия темы «Тьюторская позиция и согласование запроса»,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«Тьюторская позиция и согласование запроса»: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Наблюдение и анализ образовательных потребностей</w:t>
      </w:r>
    </w:p>
    <w:p>
      <w:r>
        <w:t>Результат: объяснить ключевые понятия темы «Наблюдение и анализ образовательных потребностей»,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«Наблюдение и анализ образовательных потребностей»: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Профиль компетенций и ограничения цифровой диагностики</w:t>
      </w:r>
    </w:p>
    <w:p>
      <w:r>
        <w:t>Результат: объяснить ключевые понятия темы «Профиль компетенций и ограничения цифровой диагностики»,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«Профиль компетенций и ограничения цифровой диагностики»: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Индивидуальный образовательный маршрут</w:t>
      </w:r>
    </w:p>
    <w:p>
      <w:r>
        <w:t>Результат: объяснить ключевые понятия темы «Индивидуальный образовательный маршрут»,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«Индивидуальный образовательный маршрут»: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Сопровождение и оценка динамики</w:t>
      </w:r>
    </w:p>
    <w:p>
      <w:r>
        <w:t>Результат: объяснить ключевые понятия темы «Сопровождение и оценка динамики»,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«Сопровождение и оценка динамики»: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Развитие тьюторских компетенций современного педагога средствами цифровой платформы Скиллфолио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Жиглова Любовь Васильевна (методолог, педагог-психолог, Почётный работник образования РФ).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