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«Основы предпринимательства»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«Основы предпринимательства».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Специалисты, желающие развить предпринимательские навыки.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«Основы предпринимательства»,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Проблема клиента и проверка спроса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Предложение ценности и конкуренты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Модель доходов и расходов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Проверочный эксперимент и измерение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План запуска и правовые риски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Проблема клиента и проверка спроса</w:t>
      </w:r>
    </w:p>
    <w:p>
      <w:r>
        <w:t>Результат: объяснить ключевые понятия темы «Проблема клиента и проверка спроса»,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«Проблема клиента и проверка спроса»: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Предложение ценности и конкуренты</w:t>
      </w:r>
    </w:p>
    <w:p>
      <w:r>
        <w:t>Результат: объяснить ключевые понятия темы «Предложение ценности и конкуренты»,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«Предложение ценности и конкуренты»: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Модель доходов и расходов</w:t>
      </w:r>
    </w:p>
    <w:p>
      <w:r>
        <w:t>Результат: объяснить ключевые понятия темы «Модель доходов и расходов»,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«Модель доходов и расходов»: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Проверочный эксперимент и измерение</w:t>
      </w:r>
    </w:p>
    <w:p>
      <w:r>
        <w:t>Результат: объяснить ключевые понятия темы «Проверочный эксперимент и измерение»,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«Проверочный эксперимент и измерение»: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План запуска и правовые риски</w:t>
      </w:r>
    </w:p>
    <w:p>
      <w:r>
        <w:t>Результат: объяснить ключевые понятия темы «План запуска и правовые риски»,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«План запуска и правовые риски»: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Основы предпринимательства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 и предпринимательству).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