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«Коучинговые подходы в управлении для руководителей»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«Коучинговые подходы в управлении для руководителей».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менеджеры, директора.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«Коучинговые подходы в управлении для руководителей»,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Управленческая задача и делегирование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Разговор о целях и ответственности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Развивающая обратная связь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Командные договорённости и показатели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Коучинговая беседа без подмены управления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Управленческая задача и делегирование</w:t>
      </w:r>
    </w:p>
    <w:p>
      <w:r>
        <w:t>Результат: объяснить ключевые понятия темы «Управленческая задача и делегирование»,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«Управленческая задача и делегирование»: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Разговор о целях и ответственности</w:t>
      </w:r>
    </w:p>
    <w:p>
      <w:r>
        <w:t>Результат: объяснить ключевые понятия темы «Разговор о целях и ответственности»,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«Разговор о целях и ответственности»: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Развивающая обратная связь</w:t>
      </w:r>
    </w:p>
    <w:p>
      <w:r>
        <w:t>Результат: объяснить ключевые понятия темы «Развивающая обратная связь»,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«Развивающая обратная связь»: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Командные договорённости и показатели</w:t>
      </w:r>
    </w:p>
    <w:p>
      <w:r>
        <w:t>Результат: объяснить ключевые понятия темы «Командные договорённости и показатели»,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«Командные договорённости и показатели»: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Коучинговая беседа без подмены управления</w:t>
      </w:r>
    </w:p>
    <w:p>
      <w:r>
        <w:t>Результат: объяснить ключевые понятия темы «Коучинговая беседа без подмены управления»,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«Коучинговая беседа без подмены управления»: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Коучинговые подходы в управлении для руководителей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Стрелова Екатерина Валерьевна (педагог-психолог, коуч MCC ICF, профориентолог).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