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«Практические навыки консультирования в современной профориентации по технологии Скиллфолио»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«Практические навыки консультирования в современной профориентации по технологии Скиллфолио». Форма: заочная с электронным обучением и дистанционными технологиями; занятия с преподавателем по расписанию. Объём: 36 академических часов по 45 минут. Предлагаемый срок: 3 недель. Конкретные даты и время задаются календарём группы до договора. Язык: русский.</w:t>
      </w:r>
    </w:p>
    <w:p>
      <w:r>
        <w:t>Категория слушателей: Психологи, карьерные консультанты, педагоги-навигаторы.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Деятельность по психолого-педагогическому сопровождению образовательного процесса.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«Практические навыки консультирования в современной профориентации по технологии Скиллфолио»,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Запрос и границы карьерного консультирования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Профессиональные интересы и навыки: проверяемые данные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Работа с цифровым профилем Скиллфолио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Исследование вариантов образования и труда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Карьерный план и контроль реализации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36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19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Запрос и границы карьерного консультирования</w:t>
      </w:r>
    </w:p>
    <w:p>
      <w:r>
        <w:t>Результат: объяснить ключевые понятия темы «Запрос и границы карьерного консультирования»,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«Запрос и границы карьерного консультирования»: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Профессиональные интересы и навыки: проверяемые данные</w:t>
      </w:r>
    </w:p>
    <w:p>
      <w:r>
        <w:t>Результат: объяснить ключевые понятия темы «Профессиональные интересы и навыки: проверяемые данные»,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«Профессиональные интересы и навыки: проверяемые данные»: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Работа с цифровым профилем Скиллфолио</w:t>
      </w:r>
    </w:p>
    <w:p>
      <w:r>
        <w:t>Результат: объяснить ключевые понятия темы «Работа с цифровым профилем Скиллфолио»,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«Работа с цифровым профилем Скиллфолио»: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Исследование вариантов образования и труда</w:t>
      </w:r>
    </w:p>
    <w:p>
      <w:r>
        <w:t>Результат: объяснить ключевые понятия темы «Исследование вариантов образования и труда»,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«Исследование вариантов образования и труда»: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Карьерный план и контроль реализации</w:t>
      </w:r>
    </w:p>
    <w:p>
      <w:r>
        <w:t>Результат: объяснить ключевые понятия темы «Карьерный план и контроль реализации»,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«Карьерный план и контроль реализации»: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Практические навыки консультирования в современной профориентации по технологии Скиллфолио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Прокутина Александра Сергеевна (педагог-психолог, профориентолог, сертифицированный эксперт Skillfolio).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36 часов для ранее опубликованных курсов без объёма является методическим предложением и требует согласования. Утверждённая стоимость обучения по программе составляет 15 000 рублей (НДС не облагается) согласно Приказу № 03-ОД от 01.09.2026 г.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