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«ИИ для помогающих специалистов — Старт»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«ИИ для помогающих специалистов — Старт». Форма: заочная с электронным обучением и дистанционными технологиями; занятия с преподавателем по расписанию. Объём: 20 академических часов по 45 минут. Предлагаемый срок: 2 недель. Конкретные даты и время задаются календарём группы до договора. Язык: русский.</w:t>
      </w:r>
    </w:p>
    <w:p>
      <w:r>
        <w:t>Категория слушателей: Совершеннолетние помогающие специалисты.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ИИ для помогающих специалистов — Старт.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«ИИ для помогающих специалистов — Старт»,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Введение: какие ИИ-инструменты реально работают для вашей практики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ChatGPT для психолога — возможности и границы применения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Промт-инжиниринг: как получать точные результаты с первого запроса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ИИ для подготовки сессий, отчётов и материалов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Создание изображений и инфографики для работы и соцсетей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6. Этика и юридические аспекты: что можно, что нельзя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7. Готовые шаблоны под 7 типовых задач специалиста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20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9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6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7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Введение: какие ИИ-инструменты реально работают для вашей практики</w:t>
      </w:r>
    </w:p>
    <w:p>
      <w:r>
        <w:t>Результат: объяснить ключевые понятия темы «Введение: какие ИИ-инструменты реально работают для вашей практики»,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«Введение: какие ИИ-инструменты реально работают для вашей практики»: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ChatGPT для психолога — возможности и границы применения</w:t>
      </w:r>
    </w:p>
    <w:p>
      <w:r>
        <w:t>Результат: объяснить ключевые понятия темы «ChatGPT для психолога — возможности и границы применения»,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«ChatGPT для психолога — возможности и границы применения»: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Промт-инжиниринг: как получать точные результаты с первого запроса</w:t>
      </w:r>
    </w:p>
    <w:p>
      <w:r>
        <w:t>Результат: объяснить ключевые понятия темы «Промт-инжиниринг: как получать точные результаты с первого запроса»,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«Промт-инжиниринг: как получать точные результаты с первого запроса»: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ИИ для подготовки сессий, отчётов и материалов</w:t>
      </w:r>
    </w:p>
    <w:p>
      <w:r>
        <w:t>Результат: объяснить ключевые понятия темы «ИИ для подготовки сессий, отчётов и материалов»,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«ИИ для подготовки сессий, отчётов и материалов»: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Создание изображений и инфографики для работы и соцсетей</w:t>
      </w:r>
    </w:p>
    <w:p>
      <w:r>
        <w:t>Результат: объяснить ключевые понятия темы «Создание изображений и инфографики для работы и соцсетей»,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«Создание изображений и инфографики для работы и соцсетей»: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6. Этика и юридические аспекты: что можно, что нельзя</w:t>
      </w:r>
    </w:p>
    <w:p>
      <w:r>
        <w:t>Результат: объяснить ключевые понятия темы «Этика и юридические аспекты: что можно, что нельзя»,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«Этика и юридические аспекты: что можно, что нельзя»: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7. Готовые шаблоны под 7 типовых задач специалиста</w:t>
      </w:r>
    </w:p>
    <w:p>
      <w:r>
        <w:t>Результат: объяснить ключевые понятия темы «Готовые шаблоны под 7 типовых задач специалиста»,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«Готовые шаблоны под 7 типовых задач специалиста»: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ИИ для помогающих специалистов — Старт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20 часов взят из опубликованных данных, но учебный план и распределение часов являются новым проектом. Опубликованная цена 25000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